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5010-pro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1-Door Two-Way Control Board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Dimensions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160*129mm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Communication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TCP/IP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Record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50000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30000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Password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2 super passwords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Source Specification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Personal password count corresponds to card count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Controlled Doors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External Card Readers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Supports 2 external readers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External Switches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Supported Reader Protocol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WG26/34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Software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B/S Management Platform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SupportedDatabase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SQL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