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5020-pro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2-Door Two-Way Control Board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160*129mm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TCP/IP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30000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 super passwords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Personal password count corresponds to card count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Card Readers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4 external readers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Switches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Reader Protocol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WG26/34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Software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B/S Management Platform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SupportedDatabase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SQL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