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5040-pro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4-Door Two-Way Control Board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216x 129mm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 super passwords;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Personal password count corresponds to card count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Card Readers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8 external readers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Switches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Reader Protocol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B/S Management Platform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SupportedDatabase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SQL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