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AK-47A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Face/Card/Password/Fingerprint/Palm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