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C20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Dimensions 167.5*79.8*25mm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Display 2.4-inchcolor display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Keys 16 touch keys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Display Language Simplified Chinese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Power 12VDC, 100mA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Operating Mode Networked / Offline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Communication TCP/IP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Authentication Methods IC card, Password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Combination Modes Card/Password, Card+Password, Card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Operating Humidity 20%~60%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Operating Temperature -30℃~45℃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Password Capacity 50,000 personal passwords, 2 super passwords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Proximity Cards 50,000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Record Capacity 50,000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Waterproof Yes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Time Group Management Supported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USB Flash Drive Supported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