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DF-10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1-Door Two-Way Controller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160*129mm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TCP/IP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30000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 super passwords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Personal password count corresponds to card count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Card Readers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Supports 2 external readers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Switches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Reader Protocol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WG26/34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Software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V6.0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SupportedDatabase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Access, SQL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