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</w:pPr>
      <w:r>
        <w:rPr>
          <w:rFonts w:ascii="Arial" w:hAnsi="Arial"/>
          <w:b/>
          <w:color w:val="1F4E79"/>
          <w:sz w:val="36"/>
        </w:rPr>
        <w:t>FusWorth</w:t>
      </w:r>
    </w:p>
    <w:p>
      <w:pPr>
        <w:spacing w:after="40"/>
      </w:pPr>
      <w:r>
        <w:rPr>
          <w:rFonts w:ascii="Arial" w:hAnsi="Arial"/>
          <w:b/>
          <w:sz w:val="36"/>
        </w:rPr>
        <w:t>DF-20</w:t>
      </w:r>
    </w:p>
    <w:p>
      <w:pPr>
        <w:spacing w:after="240"/>
      </w:pPr>
      <w:r>
        <w:rPr>
          <w:rFonts w:ascii="Arial" w:hAnsi="Arial"/>
          <w:color w:val="595959"/>
          <w:sz w:val="22"/>
        </w:rPr>
        <w:t>Product Specifications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4819"/>
            <w:shd w:fill="1F4E7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Specification</w:t>
            </w:r>
          </w:p>
        </w:tc>
        <w:tc>
          <w:tcPr>
            <w:tcW w:type="dxa" w:w="4819"/>
            <w:shd w:fill="1F4E7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Details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Source Specification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Dual door bidirectional controller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Dimensions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160*129mm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Communication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TCP/IP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Record Capacity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50000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Card Capacity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30000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Password Capacity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2 super passwords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Source Specification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Personal password count corresponds to card count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Controlled Doors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2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External Card Readers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Supports 4 external readers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External Switches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2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Supported Reader Protocol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WG26/34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Software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V6.0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SupportedDatabase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Access, SQL</w:t>
            </w:r>
          </w:p>
        </w:tc>
      </w:tr>
    </w:tbl>
    <w:sectPr w:rsidR="00FC693F" w:rsidRPr="0006063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