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DF-40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4-Door Two-Way Control Board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216x 129mm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Communication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TCP/IP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50000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30000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Password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 super passwords;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Personal password count corresponds to card count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Controlled Doors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4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Card Readers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Supports 8 external readers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Switches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4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 Reader Protocol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WG26/34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Software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V6.0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SupportedDatabase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Access, SQL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