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DS-45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Liveness Detection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Dual-camera liveness detection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Camera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MIPI+MIPI 2 MP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4-inch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Touchscreen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Capacitive touchscreen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English, Persian, Russian,Italian,Indonesian,Spanish,Vietnamese, Portuguese, Arabic, Thai,etc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-30℃~60℃;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Interfaces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Wiegand Output (26/34), Relay Output, Exit Button, Doorbell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Face/Card/Password/QR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Reading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IC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120mm*120mm*23mm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Waterproof and Dustproof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Flame-retardant ABS plastic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