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DS15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Device 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169 × 74 × 24 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2.4-inch color 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User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1,000 users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3,000 fingerprints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ID 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1,000 cards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1,000 passwords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Modes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Fingerprint / Card / Password / Fingerprint + Password / Fingerprint +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Attendance 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 records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Authentication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Fingerprint, Password, ID Card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