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ER10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Main Unit Dimensions (L*W*H)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88*88*18.5mm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Back Cover Dimensions (L*W*H)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86*86*2mm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Material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Zinc alloy housing with acrylic panel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Reader Interface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WG26/34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Decoding Support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QR code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Voltage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Supports 10–15 V input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Current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220mA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Image Sensor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0.3 MP CMOS sensor (640*480 pixels) (640*480pixels)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Scan Angle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Tilt+-55°, Rotation360°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Reading Distance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from window surface5-20cm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Scanning Features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Auto sensing with buzzer indication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Light Source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Built-in LED light source; resistant to strong ambient light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Decoding Mode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Image decoding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Environment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Temperature Range-25℃-55℃, Relative Humidity5%-95% (non-condensing)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Reading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Built-in IC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Reading Distance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from window3-5cm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Type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Contactless IC card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