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J-52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191mm*87mm*24.5mm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Zinc alloy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