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J-52A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RGB+IR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Fingerprint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Face/Card/Fingerprint/Password/QR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191mm*87mm*24.5mm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Zinc alloy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