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J-54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198 × 86 × 17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J-54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