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J-55A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Fingerprint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Fingerprint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204 × 90 × 23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J-55A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