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J-75AT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Elevator Floor Controller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Camera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Dual 2-megapixel cameras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Floor Control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Main unit + 16-floor expansion board; up to 4 additional boards; maximum 64 floors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USB, TCP/IP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229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J-75AT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