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J-82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50,000 (including recognition snapshots)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248mm*134mm*24mm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Aluminum alloy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