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JF-42A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Face/Card/Password/Fingerprint/Palm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