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JF-42S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4-inch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192 × 86 × 22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JF-42S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