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JF-45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120mm*120mm*23mm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