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JF-45A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4-inch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4,000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120 × 120 × 23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JF-45A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