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JF-45S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System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Linux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Liveness Detection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Dual-camera liveness detection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Camera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: RGB+IR 2 MP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Display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4-inch HD display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Touchscreen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Capacitive touchscreen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Languages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Chinese, English, Persian, Russian,Italian,Indonesian,Spanish,Vietnamese, Portuguese, Arabic, Thai,etc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Power Supply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DC12V/2A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Temperature &amp; Humidity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-30℃~60℃; 10~90%RH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Interfaces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Wiegand Output (26/34), Relay Output, Ethernet Port, Exit Button, Doorbell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Face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Password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Fingerprint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100,000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Recognition Speed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&lt;0.5s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Verification Methods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Face/Card/Password/Fingerprint/QR Code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Reading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Standard IC card reader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Communication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USB Flash Drive/TCP/IP (Optional WiFi/4G)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120mm*120mm*23mm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Protection Rating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IP65 Waterproof and Dustproof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Housing Material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Flame-retardant ABS plastic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