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JF-52A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Face/Card/Password/Fingerprint/Palm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