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JF-52AT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System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Linux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Power Supply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DC12V/2A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Temperature &amp; Humidity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-40℃~70℃; 10~90%RH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Display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5-inch IPS HD display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Face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Password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Fingerprint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4000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Palm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Recognition Speed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&lt;0.5s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 Languages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Chinese, English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Controllable Floors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Standard face terminal + 16-floor expansion board; supports up to 4 expansion boards, controlling up to 64 floors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Verification Methods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Face/Card/Fingerprint/Palm/Password/QR Code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Waterproof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IP65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Communication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USB Flash Drive/TCP/IP (Optional WiFi/4G)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192mm*86mm*22m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