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JF-52H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RGB+IR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Palm Vein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Face/Card/Password/Palm Vein/QR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192mm*86mm*22mm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