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JF-52HT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-40℃~70℃;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IPS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Controllable Floors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face terminal + 16-floor expansion board; supports up to 4 expansion boards, controlling up to 64 floors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Waterproof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