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JF-53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MIPI+MIPI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