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JF-72A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Face/Card/Password/Fingerprint/Palm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233mm*130mm*27.8mm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