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L60-EF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Anti-copy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Input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 (+-10%)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Type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M1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3-5CM (depending on card)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68.8*45.9mm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Software Version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Building Access Control Management Software3.0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Unlimited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Anti-copyFunction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Optional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Data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None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Registration Method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Offline Card Encoding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