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LX01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106mm*82mm*25mm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＞70mm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Time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＜100ms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Format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output, high-speed USB interface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powered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 -10℃～50℃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Humidity 5%～95%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