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NB-JX09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Enclosure Power Supply with UPS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317mm*259mm*78mm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Color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Black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30W-60W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12VDC (11-14Vadjustable)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Rated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3.5A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Built-in Battery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7AH, 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Battery Depletion Protection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9V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