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NB-XF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4-channel alarm module for use with access controllers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