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S20-C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IC master card authorization, waterproof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Input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 (+-10%)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Type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M1 cardIC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5-8CM (depending on card)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107*74*19mm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Authorization Method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Master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Master card: 10,000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Supports WG26/WG34 input for external readers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