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S20-D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ID master card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EM cardID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