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S20-E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sector encoding,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Offline Card Encoding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Unlimited (offline card encoding)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 Version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Mjsystem 3.0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