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S20-KC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master card / keypad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card,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10,000, keypad: 1,000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