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S20-KE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sector encoding, waterproof, with keypad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Unlimited (offline card encoding)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 Version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Mjsystem 3.0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