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S25-C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master card authorization, waterproof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88*88*18mm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Input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 (+-10%)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Standby Current≤100mA, Active Current≤200mA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Type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M1 cardIC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5-8CM (depending on card)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Authorization Method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Master card: 10,000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WG26/WG34 input for external readers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