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S25-KEF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encoding, anti-copy, waterproof, with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86*86*18mm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12VDC; 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(Waterproof and Dustproof)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Conditions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Temperature: -10℃-45℃;Relative Humidity: 20%-90%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