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U12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Main Board 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110*70*18mm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